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71923"/>
          <w:sz w:val="48"/>
        </w:rPr>
        <w:t>[YOUR FULL NAME]</w:t>
      </w:r>
    </w:p>
    <w:p>
      <w:pPr>
        <w:pBdr>
          <w:bottom w:val="single" w:sz="8" w:space="2" w:color="2455ED"/>
        </w:pBdr>
        <w:spacing w:after="200"/>
      </w:pPr>
      <w:r>
        <w:rPr>
          <w:b w:val="0"/>
          <w:i w:val="0"/>
          <w:color w:val="5D6070"/>
          <w:sz w:val="20"/>
        </w:rPr>
        <w:t>[City, Province]  ·  [Phone]  ·  [Email]  ·  [LinkedIn URL]</w:t>
      </w:r>
    </w:p>
    <w:p>
      <w:pPr>
        <w:spacing w:before="200" w:after="60"/>
        <w:pBdr>
          <w:bottom w:val="single" w:sz="4" w:space="2" w:color="D9D4C7"/>
        </w:pBdr>
      </w:pPr>
      <w:r>
        <w:rPr>
          <w:b/>
          <w:i w:val="0"/>
          <w:color w:val="2455ED"/>
          <w:sz w:val="21"/>
        </w:rPr>
        <w:t>PROFILE</w:t>
      </w:r>
    </w:p>
    <w:p>
      <w:r>
        <w:t>Motivated [Matric / NSC] school leaver from [town] looking for an entry-level, learnership or internship opportunity in [field]. Reliable, eager to learn and good at [strength].</w:t>
      </w:r>
    </w:p>
    <w:p>
      <w:pPr>
        <w:spacing w:before="200" w:after="60"/>
        <w:pBdr>
          <w:bottom w:val="single" w:sz="4" w:space="2" w:color="D9D4C7"/>
        </w:pBdr>
      </w:pPr>
      <w:r>
        <w:rPr>
          <w:b/>
          <w:i w:val="0"/>
          <w:color w:val="2455ED"/>
          <w:sz w:val="21"/>
        </w:rPr>
        <w:t>KEY SKILLS</w:t>
      </w:r>
    </w:p>
    <w:p>
      <w:r>
        <w:t>[e.g. Customer service]  ·  [e.g. Computer literacy — MS Word, Excel]  ·  [Language(s)]  ·  [e.g. Teamwork]</w:t>
      </w:r>
    </w:p>
    <w:p>
      <w:pPr>
        <w:spacing w:before="200" w:after="60"/>
        <w:pBdr>
          <w:bottom w:val="single" w:sz="4" w:space="2" w:color="D9D4C7"/>
        </w:pBdr>
      </w:pPr>
      <w:r>
        <w:rPr>
          <w:b/>
          <w:i w:val="0"/>
          <w:color w:val="2455ED"/>
          <w:sz w:val="21"/>
        </w:rPr>
        <w:t>EDUCATION</w:t>
      </w:r>
    </w:p>
    <w:p>
      <w:pPr>
        <w:keepNext/>
        <w:spacing w:after="0"/>
      </w:pPr>
      <w:r>
        <w:rPr>
          <w:b/>
          <w:i w:val="0"/>
          <w:sz w:val="22"/>
        </w:rPr>
        <w:t>National Senior Certificate</w:t>
      </w:r>
      <w:r>
        <w:rPr>
          <w:b w:val="0"/>
          <w:i w:val="0"/>
          <w:color w:val="171923"/>
          <w:sz w:val="21"/>
        </w:rPr>
        <w:t xml:space="preserve">  |  [School], [Town]</w:t>
      </w:r>
    </w:p>
    <w:p>
      <w:pPr>
        <w:spacing w:after="40"/>
      </w:pPr>
      <w:r>
        <w:rPr>
          <w:b w:val="0"/>
          <w:i/>
          <w:color w:val="5D6070"/>
          <w:sz w:val="19"/>
        </w:rPr>
        <w:t>[Year]</w:t>
      </w:r>
    </w:p>
    <w:p>
      <w:pPr>
        <w:pStyle w:val="ListBullet"/>
        <w:spacing w:after="20"/>
      </w:pPr>
      <w:r>
        <w:t>Subjects: [subject], [subject], [subject]</w:t>
      </w:r>
    </w:p>
    <w:p>
      <w:pPr>
        <w:pStyle w:val="ListBullet"/>
        <w:spacing w:after="20"/>
      </w:pPr>
      <w:r>
        <w:t>[Achievement, e.g. class representative, award — only if true]</w:t>
      </w:r>
    </w:p>
    <w:p>
      <w:pPr>
        <w:spacing w:before="200" w:after="60"/>
        <w:pBdr>
          <w:bottom w:val="single" w:sz="4" w:space="2" w:color="D9D4C7"/>
        </w:pBdr>
      </w:pPr>
      <w:r>
        <w:rPr>
          <w:b/>
          <w:i w:val="0"/>
          <w:color w:val="2455ED"/>
          <w:sz w:val="21"/>
        </w:rPr>
        <w:t>EXPERIENCE YOU ALREADY HAVE</w:t>
      </w:r>
    </w:p>
    <w:p>
      <w:pPr>
        <w:pStyle w:val="ListBullet"/>
        <w:spacing w:after="20"/>
      </w:pPr>
      <w:r>
        <w:t>[Part-time / holiday job, e.g. packer at local shop — what you did]</w:t>
      </w:r>
    </w:p>
    <w:p>
      <w:pPr>
        <w:pStyle w:val="ListBullet"/>
        <w:spacing w:after="20"/>
      </w:pPr>
      <w:r>
        <w:t>[Volunteering, church or community project]</w:t>
      </w:r>
    </w:p>
    <w:p>
      <w:pPr>
        <w:pStyle w:val="ListBullet"/>
        <w:spacing w:after="20"/>
      </w:pPr>
      <w:r>
        <w:t>[Household or family responsibility that shows reliability]</w:t>
      </w:r>
    </w:p>
    <w:p>
      <w:pPr>
        <w:spacing w:before="200" w:after="60"/>
        <w:pBdr>
          <w:bottom w:val="single" w:sz="4" w:space="2" w:color="D9D4C7"/>
        </w:pBdr>
      </w:pPr>
      <w:r>
        <w:rPr>
          <w:b/>
          <w:i w:val="0"/>
          <w:color w:val="2455ED"/>
          <w:sz w:val="21"/>
        </w:rPr>
        <w:t>COURSES AND CERTIFICATES</w:t>
      </w:r>
    </w:p>
    <w:p>
      <w:pPr>
        <w:pStyle w:val="ListBullet"/>
        <w:spacing w:after="20"/>
      </w:pPr>
      <w:r>
        <w:t>[Free online course — provider — year]</w:t>
      </w:r>
    </w:p>
    <w:p>
      <w:pPr>
        <w:spacing w:before="200" w:after="60"/>
        <w:pBdr>
          <w:bottom w:val="single" w:sz="4" w:space="2" w:color="D9D4C7"/>
        </w:pBdr>
      </w:pPr>
      <w:r>
        <w:rPr>
          <w:b/>
          <w:i w:val="0"/>
          <w:color w:val="2455ED"/>
          <w:sz w:val="21"/>
        </w:rPr>
        <w:t>ADDITIONAL</w:t>
      </w:r>
    </w:p>
    <w:p>
      <w:pPr>
        <w:pStyle w:val="ListBullet"/>
        <w:spacing w:after="20"/>
      </w:pPr>
      <w:r>
        <w:t>Driver's licence: [Code / none]</w:t>
      </w:r>
    </w:p>
    <w:p>
      <w:pPr>
        <w:pStyle w:val="ListBullet"/>
        <w:spacing w:after="20"/>
      </w:pPr>
      <w:r>
        <w:t>Available: immediately</w:t>
      </w:r>
    </w:p>
    <w:p>
      <w:pPr>
        <w:pStyle w:val="ListBullet"/>
        <w:spacing w:after="20"/>
      </w:pPr>
      <w:r>
        <w:t>References: [name, relationship, phone — with their permission]</w:t>
      </w:r>
    </w:p>
    <w:p>
      <w:pPr>
        <w:spacing w:before="280"/>
      </w:pPr>
      <w:r>
        <w:rPr>
          <w:b w:val="0"/>
          <w:i/>
          <w:color w:val="5D6070"/>
          <w:sz w:val="15"/>
        </w:rPr>
        <w:t>Template tip: replace every [bracket], delete sections you do not need, keep it truthful. Do not add your ID number, photo or bank details unless an employer's official form asks for them. — The SA Job Kit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7192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